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</w:rPr>
        <w:t>Генеральному директору ООО «Нефертити»</w:t>
        <w:br/>
      </w:r>
      <w:r>
        <w:t>Кембель Светлане Геннадьевне</w:t>
        <w:br/>
      </w:r>
      <w:r>
        <w:t>680054, г. Хабаровск,</w:t>
        <w:br/>
        <w:t>ул. Профессора Даниловского, д. 20</w:t>
      </w:r>
    </w:p>
    <w:p>
      <w:pPr>
        <w:jc w:val="center"/>
      </w:pPr>
      <w:r>
        <w:rPr>
          <w:b/>
          <w:sz w:val="28"/>
        </w:rPr>
        <w:t>ЗАЯВЛЕНИЕ</w:t>
        <w:br/>
      </w:r>
      <w:r>
        <w:rPr>
          <w:b/>
          <w:sz w:val="22"/>
        </w:rPr>
        <w:t>о предоставлении медицинских документов (их копий) и/или выписок из них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vAlign w:val="center"/>
          </w:tcPr>
          <w:p>
            <w:r>
              <w:t>Ф.И.О. пациента</w:t>
            </w:r>
          </w:p>
        </w:tc>
        <w:tc>
          <w:tcPr>
            <w:tcW w:type="dxa" w:w="5100"/>
            <w:vAlign w:val="center"/>
          </w:tcPr>
          <w:p>
            <w:r>
              <w:t>____________________________________________________________</w:t>
            </w:r>
          </w:p>
        </w:tc>
      </w:tr>
      <w:tr>
        <w:tc>
          <w:tcPr>
            <w:tcW w:type="dxa" w:w="5100"/>
            <w:vAlign w:val="center"/>
          </w:tcPr>
          <w:p>
            <w:r>
              <w:t>Дата рождения</w:t>
            </w:r>
          </w:p>
        </w:tc>
        <w:tc>
          <w:tcPr>
            <w:tcW w:type="dxa" w:w="5100"/>
            <w:vAlign w:val="center"/>
          </w:tcPr>
          <w:p>
            <w:r>
              <w:t>«____» _____________ ______ г.</w:t>
            </w:r>
          </w:p>
        </w:tc>
      </w:tr>
      <w:tr>
        <w:tc>
          <w:tcPr>
            <w:tcW w:type="dxa" w:w="5100"/>
            <w:vAlign w:val="center"/>
          </w:tcPr>
          <w:p>
            <w:r>
              <w:t>Документ, удостоверяющий личность</w:t>
            </w:r>
          </w:p>
        </w:tc>
        <w:tc>
          <w:tcPr>
            <w:tcW w:type="dxa" w:w="5100"/>
            <w:vAlign w:val="center"/>
          </w:tcPr>
          <w:p>
            <w:r>
              <w:t>серия ______ № __________, выдан ____________________________</w:t>
            </w:r>
          </w:p>
        </w:tc>
      </w:tr>
      <w:tr>
        <w:tc>
          <w:tcPr>
            <w:tcW w:type="dxa" w:w="5100"/>
            <w:vAlign w:val="center"/>
          </w:tcPr>
          <w:p>
            <w:r>
              <w:t>Адрес места жительства / пребывания</w:t>
            </w:r>
          </w:p>
        </w:tc>
        <w:tc>
          <w:tcPr>
            <w:tcW w:type="dxa" w:w="5100"/>
            <w:vAlign w:val="center"/>
          </w:tcPr>
          <w:p>
            <w:r>
              <w:t>____________________________________________________________</w:t>
            </w:r>
          </w:p>
        </w:tc>
      </w:tr>
      <w:tr>
        <w:tc>
          <w:tcPr>
            <w:tcW w:type="dxa" w:w="5100"/>
            <w:vAlign w:val="center"/>
          </w:tcPr>
          <w:p>
            <w:r>
              <w:t>Телефон</w:t>
            </w:r>
          </w:p>
        </w:tc>
        <w:tc>
          <w:tcPr>
            <w:tcW w:type="dxa" w:w="5100"/>
            <w:vAlign w:val="center"/>
          </w:tcPr>
          <w:p>
            <w:r>
              <w:t>____________________________________________________________</w:t>
            </w:r>
          </w:p>
        </w:tc>
      </w:tr>
      <w:tr>
        <w:tc>
          <w:tcPr>
            <w:tcW w:type="dxa" w:w="5100"/>
            <w:vAlign w:val="center"/>
          </w:tcPr>
          <w:p>
            <w:r>
              <w:t>E-mail (при наличии)</w:t>
            </w:r>
          </w:p>
        </w:tc>
        <w:tc>
          <w:tcPr>
            <w:tcW w:type="dxa" w:w="5100"/>
            <w:vAlign w:val="center"/>
          </w:tcPr>
          <w:p>
            <w:r>
              <w:t>____________________________________________________________</w:t>
            </w:r>
          </w:p>
        </w:tc>
      </w:tr>
    </w:tbl>
    <w:p/>
    <w:p>
      <w:r>
        <w:rPr>
          <w:b/>
        </w:rPr>
        <w:t>Если заявление подаёт представитель пациента: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vAlign w:val="center"/>
          </w:tcPr>
          <w:p>
            <w:r>
              <w:t>Ф.И.О. представителя</w:t>
            </w:r>
          </w:p>
        </w:tc>
        <w:tc>
          <w:tcPr>
            <w:tcW w:type="dxa" w:w="5100"/>
            <w:vAlign w:val="center"/>
          </w:tcPr>
          <w:p>
            <w:r>
              <w:t>____________________________________________________________</w:t>
            </w:r>
          </w:p>
        </w:tc>
      </w:tr>
      <w:tr>
        <w:tc>
          <w:tcPr>
            <w:tcW w:type="dxa" w:w="5100"/>
            <w:vAlign w:val="center"/>
          </w:tcPr>
          <w:p>
            <w:r>
              <w:t>Документ, удостоверяющий личность</w:t>
            </w:r>
          </w:p>
        </w:tc>
        <w:tc>
          <w:tcPr>
            <w:tcW w:type="dxa" w:w="5100"/>
            <w:vAlign w:val="center"/>
          </w:tcPr>
          <w:p>
            <w:r>
              <w:t>серия ______ № __________, выдан ____________________________</w:t>
            </w:r>
          </w:p>
        </w:tc>
      </w:tr>
      <w:tr>
        <w:tc>
          <w:tcPr>
            <w:tcW w:type="dxa" w:w="5100"/>
            <w:vAlign w:val="center"/>
          </w:tcPr>
          <w:p>
            <w:r>
              <w:t>Документ, подтверждающий полномочия</w:t>
            </w:r>
          </w:p>
        </w:tc>
        <w:tc>
          <w:tcPr>
            <w:tcW w:type="dxa" w:w="5100"/>
            <w:vAlign w:val="center"/>
          </w:tcPr>
          <w:p>
            <w:r>
              <w:t>____________________________________________________________</w:t>
            </w:r>
          </w:p>
        </w:tc>
      </w:tr>
    </w:tbl>
    <w:p>
      <w:r>
        <w:rPr>
          <w:b/>
        </w:rPr>
        <w:t>Прошу предоставить:</w:t>
      </w:r>
    </w:p>
    <w:p>
      <w:pPr>
        <w:ind w:left="340"/>
      </w:pPr>
      <w:r>
        <w:t>☐ медицинские документы (их копии);</w:t>
      </w:r>
    </w:p>
    <w:p>
      <w:pPr>
        <w:ind w:left="340"/>
      </w:pPr>
      <w:r>
        <w:t>☐ выписку из медицинской документации;</w:t>
      </w:r>
    </w:p>
    <w:p>
      <w:pPr>
        <w:ind w:left="340"/>
      </w:pPr>
      <w:r>
        <w:t>☐ результаты лабораторных и/или инструментальных исследований;</w:t>
      </w:r>
    </w:p>
    <w:p>
      <w:pPr>
        <w:ind w:left="340"/>
      </w:pPr>
      <w:r>
        <w:t>☐ иное: ________________________________________________________________.</w:t>
      </w:r>
    </w:p>
    <w:p>
      <w:r>
        <w:rPr>
          <w:b/>
        </w:rPr>
        <w:t>Наименование необходимых документов / сведений: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Период, за который необходимы документы:</w:t>
      </w:r>
    </w:p>
    <w:p>
      <w:r>
        <w:t>с «____» _____________ ______ г. по «____» _____________ ______ г.</w:t>
      </w:r>
    </w:p>
    <w:p>
      <w:r>
        <w:rPr>
          <w:b/>
        </w:rPr>
        <w:t>Желаемый способ получения:</w:t>
      </w:r>
    </w:p>
    <w:p>
      <w:pPr>
        <w:ind w:left="340"/>
      </w:pPr>
      <w:r>
        <w:t>☐ лично в ООО «Нефертити»;</w:t>
      </w:r>
    </w:p>
    <w:p>
      <w:pPr>
        <w:ind w:left="340"/>
      </w:pPr>
      <w:r>
        <w:t>☐ по почтовому адресу: ______________________________________________________;</w:t>
      </w:r>
    </w:p>
    <w:p>
      <w:pPr>
        <w:ind w:left="340"/>
      </w:pPr>
      <w:r>
        <w:t>☐ в форме электронных документов — при наличии предусмотренного законодательством технического способа идентификации и подписания электронного запроса.</w:t>
      </w:r>
    </w:p>
    <w:p>
      <w:r>
        <w:rPr>
          <w:b/>
        </w:rPr>
        <w:t xml:space="preserve">Примечание. </w:t>
      </w:r>
      <w:r>
        <w:t>Обычная скан-копия заявления, направленная по электронной почте или через мессенджер без предусмотренной законодательством электронной подписи и идентификации заявителя, не является электронным запросом в порядке приказа Минздрава России от 31.07.2020 № 789н.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Дата</w:t>
            </w:r>
          </w:p>
        </w:tc>
        <w:tc>
          <w:tcPr>
            <w:tcW w:type="dxa" w:w="5100"/>
          </w:tcPr>
          <w:p>
            <w:r>
              <w:t>Подпись заявителя / представителя</w:t>
            </w:r>
          </w:p>
        </w:tc>
      </w:tr>
      <w:tr>
        <w:tc>
          <w:tcPr>
            <w:tcW w:type="dxa" w:w="5100"/>
          </w:tcPr>
          <w:p>
            <w:r>
              <w:t>«____» _____________ ______ г.</w:t>
            </w:r>
          </w:p>
        </w:tc>
        <w:tc>
          <w:tcPr>
            <w:tcW w:type="dxa" w:w="5100"/>
          </w:tcPr>
          <w:p>
            <w:r>
              <w:t>_____________________ / __________________________</w:t>
            </w:r>
          </w:p>
        </w:tc>
      </w:tr>
    </w:tbl>
    <w:p/>
    <w:p>
      <w:pPr>
        <w:jc w:val="center"/>
      </w:pPr>
      <w:r>
        <w:rPr>
          <w:sz w:val="18"/>
        </w:rPr>
        <w:t>ООО «Нефертити» · +7 (4212) 90-36-05 · nefertiti.d20@gmail.com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